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6E9F" w14:textId="77777777" w:rsidR="001B7052" w:rsidRDefault="00000000">
      <w:pPr>
        <w:spacing w:after="20"/>
      </w:pPr>
      <w:r>
        <w:rPr>
          <w:b/>
          <w:sz w:val="17"/>
        </w:rPr>
        <w:t>REPUBLIKA HRVATSKA</w:t>
      </w:r>
      <w:r>
        <w:rPr>
          <w:b/>
          <w:sz w:val="17"/>
        </w:rPr>
        <w:br/>
        <w:t>KOPRIVNIČKO-KRIŽEVAČKA ŽUPANIJA</w:t>
      </w:r>
      <w:r>
        <w:rPr>
          <w:b/>
          <w:sz w:val="17"/>
        </w:rPr>
        <w:br/>
        <w:t>OPĆINA SVETI IVAN ŽABNO</w:t>
      </w:r>
    </w:p>
    <w:p w14:paraId="22968EB3" w14:textId="77777777" w:rsidR="001B7052" w:rsidRDefault="00000000">
      <w:pPr>
        <w:spacing w:after="80"/>
        <w:jc w:val="right"/>
      </w:pPr>
      <w:r>
        <w:rPr>
          <w:i/>
          <w:sz w:val="15"/>
        </w:rPr>
        <w:t>Prilog Javnom pozivu KLASA: 400-01/26-01/2, URBROJ: 2137-19-01/1-26-1 od 27. rujna 2026.</w:t>
      </w:r>
    </w:p>
    <w:p w14:paraId="04ED20B4" w14:textId="77777777" w:rsidR="001B7052" w:rsidRPr="00A93071" w:rsidRDefault="00000000">
      <w:pPr>
        <w:spacing w:after="0"/>
        <w:jc w:val="center"/>
        <w:rPr>
          <w:sz w:val="24"/>
          <w:szCs w:val="24"/>
        </w:rPr>
      </w:pPr>
      <w:r w:rsidRPr="00A93071">
        <w:rPr>
          <w:b/>
          <w:sz w:val="24"/>
          <w:szCs w:val="24"/>
        </w:rPr>
        <w:t>OBRAZAC ZA SUDJELOVANJE U IZRADI PRORAČUNA</w:t>
      </w:r>
    </w:p>
    <w:p w14:paraId="180C4B4C" w14:textId="77777777" w:rsidR="001B7052" w:rsidRPr="00A93071" w:rsidRDefault="00000000">
      <w:pPr>
        <w:spacing w:after="80"/>
        <w:jc w:val="center"/>
        <w:rPr>
          <w:sz w:val="24"/>
          <w:szCs w:val="24"/>
        </w:rPr>
      </w:pPr>
      <w:r w:rsidRPr="00A93071">
        <w:rPr>
          <w:b/>
          <w:sz w:val="24"/>
          <w:szCs w:val="24"/>
        </w:rPr>
        <w:t>OPĆINE SVETI IVAN ŽABNO ZA 2027. GODINU I PROJEKCIJA ZA 2028. I 2029. GODINU</w:t>
      </w:r>
    </w:p>
    <w:p w14:paraId="2AB1550A" w14:textId="77777777" w:rsidR="001B7052" w:rsidRDefault="00000000">
      <w:pPr>
        <w:spacing w:after="20"/>
      </w:pPr>
      <w:r>
        <w:rPr>
          <w:sz w:val="17"/>
        </w:rPr>
        <w:t>Obrazac je namijenjen podnositeljima koji prijedlog dostavljaju elektroničkom poštom, poštom ili osobno. Ako se dostavlja više zasebnih prijedloga, za svaki se može ispuniti poseban obrazac.</w:t>
      </w:r>
    </w:p>
    <w:p w14:paraId="70181D79" w14:textId="77777777" w:rsidR="001B7052" w:rsidRDefault="00000000">
      <w:pPr>
        <w:spacing w:after="20"/>
      </w:pPr>
      <w:r>
        <w:rPr>
          <w:b/>
          <w:sz w:val="17"/>
        </w:rPr>
        <w:t>Podaci o podnositelju nisu obvezni. Prijedlog se može dostaviti anonimno.</w:t>
      </w:r>
    </w:p>
    <w:p w14:paraId="682F97AD" w14:textId="77777777" w:rsidR="001B7052" w:rsidRDefault="00000000">
      <w:pPr>
        <w:spacing w:after="80"/>
      </w:pPr>
      <w:r>
        <w:rPr>
          <w:b/>
          <w:sz w:val="18"/>
        </w:rPr>
        <w:t>Rok za dostavu prijedloga: 20. listopada 2026. godine.</w:t>
      </w:r>
    </w:p>
    <w:p w14:paraId="04DAB745" w14:textId="77777777" w:rsidR="001B7052" w:rsidRDefault="00000000">
      <w:pPr>
        <w:spacing w:before="40" w:after="40"/>
      </w:pPr>
      <w:r>
        <w:rPr>
          <w:b/>
          <w:sz w:val="21"/>
        </w:rPr>
        <w:t>1. PODACI O PODNOSITELJU PRIJEDLOGA (NEOBAVEZNO)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131"/>
      </w:tblGrid>
      <w:tr w:rsidR="001B7052" w14:paraId="76AE1E6E" w14:textId="77777777">
        <w:trPr>
          <w:trHeight w:val="357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5B5895D" w14:textId="77777777" w:rsidR="001B7052" w:rsidRDefault="00000000">
            <w:r>
              <w:rPr>
                <w:b/>
                <w:sz w:val="17"/>
              </w:rPr>
              <w:t>Ime i prezime / naziv pravne osobe: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0639093" w14:textId="77777777" w:rsidR="001B7052" w:rsidRDefault="001B7052"/>
        </w:tc>
      </w:tr>
      <w:tr w:rsidR="001B7052" w14:paraId="0056DECB" w14:textId="77777777">
        <w:trPr>
          <w:trHeight w:val="357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0D269A9" w14:textId="77777777" w:rsidR="001B7052" w:rsidRDefault="00000000">
            <w:r>
              <w:rPr>
                <w:b/>
                <w:sz w:val="17"/>
              </w:rPr>
              <w:t>Adresa / sjedište: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32C2A12" w14:textId="77777777" w:rsidR="001B7052" w:rsidRDefault="001B7052"/>
        </w:tc>
      </w:tr>
      <w:tr w:rsidR="001B7052" w14:paraId="7DE38A11" w14:textId="77777777">
        <w:trPr>
          <w:trHeight w:val="357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FADB4BD" w14:textId="77777777" w:rsidR="001B7052" w:rsidRDefault="00000000">
            <w:r>
              <w:rPr>
                <w:b/>
                <w:sz w:val="17"/>
              </w:rPr>
              <w:t>E-mail i/ili telefon: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5FB89D4" w14:textId="77777777" w:rsidR="001B7052" w:rsidRDefault="001B7052"/>
        </w:tc>
      </w:tr>
      <w:tr w:rsidR="001B7052" w14:paraId="152A0E4B" w14:textId="77777777">
        <w:trPr>
          <w:trHeight w:val="357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D349847" w14:textId="77777777" w:rsidR="001B7052" w:rsidRDefault="00000000">
            <w:r>
              <w:rPr>
                <w:b/>
                <w:sz w:val="17"/>
              </w:rPr>
              <w:t>Kontakt osoba (za pravne osobe):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C29711" w14:textId="77777777" w:rsidR="001B7052" w:rsidRDefault="001B7052"/>
        </w:tc>
      </w:tr>
    </w:tbl>
    <w:p w14:paraId="0972FFAF" w14:textId="77777777" w:rsidR="001B7052" w:rsidRDefault="00000000">
      <w:pPr>
        <w:spacing w:before="40" w:after="40"/>
      </w:pPr>
      <w:r>
        <w:rPr>
          <w:b/>
          <w:sz w:val="21"/>
        </w:rPr>
        <w:t>2. VRSTA PRIJEDLOGA</w:t>
      </w:r>
    </w:p>
    <w:p w14:paraId="1BC7850A" w14:textId="77777777" w:rsidR="001B7052" w:rsidRDefault="00000000">
      <w:pPr>
        <w:spacing w:after="0"/>
      </w:pPr>
      <w:r>
        <w:rPr>
          <w:i/>
          <w:sz w:val="17"/>
        </w:rPr>
        <w:t>Označite jednu ili više mogućnosti:</w:t>
      </w:r>
    </w:p>
    <w:p w14:paraId="50478768" w14:textId="77777777" w:rsidR="001B7052" w:rsidRDefault="00000000">
      <w:pPr>
        <w:spacing w:after="0"/>
        <w:ind w:left="198"/>
      </w:pPr>
      <w:r>
        <w:rPr>
          <w:sz w:val="17"/>
        </w:rPr>
        <w:t>☐ povećanje ili smanjenje izdvajanja za postojeći program, aktivnost ili projekt</w:t>
      </w:r>
    </w:p>
    <w:p w14:paraId="63227227" w14:textId="77777777" w:rsidR="001B7052" w:rsidRDefault="00000000">
      <w:pPr>
        <w:spacing w:after="0"/>
        <w:ind w:left="198"/>
      </w:pPr>
      <w:r>
        <w:rPr>
          <w:sz w:val="17"/>
        </w:rPr>
        <w:t>☐ izmjena postojećeg programa, aktivnosti ili projekta</w:t>
      </w:r>
    </w:p>
    <w:p w14:paraId="3B82260C" w14:textId="77777777" w:rsidR="001B7052" w:rsidRDefault="00000000">
      <w:pPr>
        <w:spacing w:after="0"/>
        <w:ind w:left="198"/>
      </w:pPr>
      <w:r>
        <w:rPr>
          <w:sz w:val="17"/>
        </w:rPr>
        <w:t>☐ uključivanje novog programa, aktivnosti, projekta ili investicije</w:t>
      </w:r>
    </w:p>
    <w:p w14:paraId="0AFA7913" w14:textId="77777777" w:rsidR="001B7052" w:rsidRDefault="00000000">
      <w:pPr>
        <w:spacing w:after="0"/>
        <w:ind w:left="198"/>
      </w:pPr>
      <w:r>
        <w:rPr>
          <w:sz w:val="17"/>
        </w:rPr>
        <w:t>☐ isključenje postojećeg programa, aktivnosti ili projekta</w:t>
      </w:r>
    </w:p>
    <w:p w14:paraId="460371CB" w14:textId="77777777" w:rsidR="001B7052" w:rsidRDefault="00000000">
      <w:pPr>
        <w:spacing w:after="0"/>
        <w:ind w:left="198"/>
      </w:pPr>
      <w:r>
        <w:rPr>
          <w:sz w:val="17"/>
        </w:rPr>
        <w:t>☐ druga potreba ili prijedlog od značaja za područje Općine</w:t>
      </w:r>
    </w:p>
    <w:p w14:paraId="0D3152D0" w14:textId="77777777" w:rsidR="001B7052" w:rsidRDefault="00000000">
      <w:pPr>
        <w:spacing w:before="40" w:after="40"/>
      </w:pPr>
      <w:r>
        <w:rPr>
          <w:b/>
          <w:sz w:val="21"/>
        </w:rPr>
        <w:t>3. PODACI O PRIJEDLOGU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131"/>
      </w:tblGrid>
      <w:tr w:rsidR="001B7052" w14:paraId="442FF923" w14:textId="77777777">
        <w:trPr>
          <w:trHeight w:val="369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842B5C7" w14:textId="77777777" w:rsidR="001B7052" w:rsidRDefault="00000000">
            <w:r>
              <w:rPr>
                <w:b/>
                <w:sz w:val="17"/>
              </w:rPr>
              <w:t>Naziv / predmet prijedloga: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2446051" w14:textId="77777777" w:rsidR="001B7052" w:rsidRDefault="001B7052"/>
        </w:tc>
      </w:tr>
      <w:tr w:rsidR="001B7052" w14:paraId="5830A366" w14:textId="77777777">
        <w:trPr>
          <w:trHeight w:val="465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F759B56" w14:textId="77777777" w:rsidR="001B7052" w:rsidRDefault="00000000">
            <w:r>
              <w:rPr>
                <w:b/>
                <w:sz w:val="17"/>
              </w:rPr>
              <w:t>Program, aktivnost ili projekt na koji se prijedlog odnosi (ako je primjenjivo):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DD53A76" w14:textId="77777777" w:rsidR="001B7052" w:rsidRDefault="001B7052"/>
        </w:tc>
      </w:tr>
      <w:tr w:rsidR="001B7052" w14:paraId="05C100A9" w14:textId="77777777">
        <w:trPr>
          <w:trHeight w:val="369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CF9546C" w14:textId="77777777" w:rsidR="001B7052" w:rsidRDefault="00000000">
            <w:r>
              <w:rPr>
                <w:b/>
                <w:sz w:val="17"/>
              </w:rPr>
              <w:t>Lokacija / naselje na koje se prijedlog odnosi: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428A14D" w14:textId="77777777" w:rsidR="001B7052" w:rsidRDefault="001B7052"/>
        </w:tc>
      </w:tr>
      <w:tr w:rsidR="001B7052" w14:paraId="27B545D7" w14:textId="77777777">
        <w:trPr>
          <w:trHeight w:val="1332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8430645" w14:textId="77777777" w:rsidR="001B7052" w:rsidRDefault="00000000">
            <w:r>
              <w:rPr>
                <w:b/>
                <w:sz w:val="17"/>
              </w:rPr>
              <w:t>Kratak opis i obrazloženje prijedloga</w:t>
            </w:r>
            <w:r>
              <w:rPr>
                <w:b/>
                <w:sz w:val="17"/>
              </w:rPr>
              <w:br/>
              <w:t>(potreba ili problem koji se rješava, cilj, očekivana korist i korisnici):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E546BB8" w14:textId="77777777" w:rsidR="001B7052" w:rsidRDefault="001B7052"/>
        </w:tc>
      </w:tr>
    </w:tbl>
    <w:p w14:paraId="70451455" w14:textId="77777777" w:rsidR="001B7052" w:rsidRDefault="00000000">
      <w:pPr>
        <w:spacing w:before="40" w:after="40"/>
      </w:pPr>
      <w:r>
        <w:rPr>
          <w:b/>
          <w:sz w:val="21"/>
        </w:rPr>
        <w:t>4. FINANCIJSKA PROCJENA (AKO JE PRIMJENJIVO)</w:t>
      </w:r>
    </w:p>
    <w:p w14:paraId="2529E8CE" w14:textId="77777777" w:rsidR="001B7052" w:rsidRDefault="00000000">
      <w:pPr>
        <w:spacing w:after="20"/>
      </w:pPr>
      <w:r>
        <w:rPr>
          <w:i/>
          <w:sz w:val="16"/>
        </w:rPr>
        <w:t>Iznosi su okvirni. Ako podnositelj ne može procijeniti trošak, odgovarajuće polje može ostaviti prazno.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131"/>
      </w:tblGrid>
      <w:tr w:rsidR="001B7052" w14:paraId="02D79135" w14:textId="77777777">
        <w:trPr>
          <w:trHeight w:val="380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3D4FE47" w14:textId="77777777" w:rsidR="001B7052" w:rsidRDefault="00000000">
            <w:r>
              <w:rPr>
                <w:b/>
                <w:sz w:val="16"/>
              </w:rPr>
              <w:t>Procijenjeni / predloženi iznos za 2027. godinu: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D2BC2A9" w14:textId="77777777" w:rsidR="001B7052" w:rsidRDefault="00000000">
            <w:r>
              <w:rPr>
                <w:sz w:val="17"/>
              </w:rPr>
              <w:t>________________________ EUR</w:t>
            </w:r>
          </w:p>
        </w:tc>
      </w:tr>
      <w:tr w:rsidR="001B7052" w14:paraId="3BDA5B2A" w14:textId="77777777">
        <w:trPr>
          <w:trHeight w:val="380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2EA607E" w14:textId="77777777" w:rsidR="001B7052" w:rsidRDefault="00000000">
            <w:r>
              <w:rPr>
                <w:b/>
                <w:sz w:val="16"/>
              </w:rPr>
              <w:t>Projekcija iznosa za 2028. godinu: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848B22" w14:textId="77777777" w:rsidR="001B7052" w:rsidRDefault="00000000">
            <w:r>
              <w:rPr>
                <w:sz w:val="17"/>
              </w:rPr>
              <w:t>________________________ EUR</w:t>
            </w:r>
          </w:p>
        </w:tc>
      </w:tr>
      <w:tr w:rsidR="001B7052" w14:paraId="779E9DF1" w14:textId="77777777">
        <w:trPr>
          <w:trHeight w:val="380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E81C7F" w14:textId="77777777" w:rsidR="001B7052" w:rsidRDefault="00000000">
            <w:r>
              <w:rPr>
                <w:b/>
                <w:sz w:val="16"/>
              </w:rPr>
              <w:t>Projekcija iznosa za 2029. godinu: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D99FD7D" w14:textId="77777777" w:rsidR="001B7052" w:rsidRDefault="00000000">
            <w:r>
              <w:rPr>
                <w:sz w:val="17"/>
              </w:rPr>
              <w:t>________________________ EUR</w:t>
            </w:r>
          </w:p>
        </w:tc>
      </w:tr>
      <w:tr w:rsidR="001B7052" w14:paraId="00C3187F" w14:textId="77777777">
        <w:trPr>
          <w:trHeight w:val="465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B1E1838" w14:textId="77777777" w:rsidR="001B7052" w:rsidRDefault="00000000">
            <w:r>
              <w:rPr>
                <w:b/>
                <w:sz w:val="16"/>
              </w:rPr>
              <w:t>Drugi mogući izvori financiranja (ako postoje):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C93E4F2" w14:textId="77777777" w:rsidR="001B7052" w:rsidRDefault="001B7052"/>
        </w:tc>
      </w:tr>
      <w:tr w:rsidR="001B7052" w14:paraId="1E0BC0AB" w14:textId="77777777">
        <w:trPr>
          <w:trHeight w:val="465"/>
          <w:jc w:val="center"/>
        </w:trPr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78F67EC" w14:textId="77777777" w:rsidR="001B7052" w:rsidRDefault="00000000">
            <w:r>
              <w:rPr>
                <w:b/>
                <w:sz w:val="16"/>
              </w:rPr>
              <w:t>Ako se prijedlog odnosi na povećanje/smanjenje postojećeg izdvajanja, navedite predloženu promjenu:</w:t>
            </w:r>
          </w:p>
        </w:tc>
        <w:tc>
          <w:tcPr>
            <w:tcW w:w="5131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392B3E2" w14:textId="77777777" w:rsidR="001B7052" w:rsidRDefault="001B7052"/>
        </w:tc>
      </w:tr>
    </w:tbl>
    <w:p w14:paraId="43EB1240" w14:textId="77777777" w:rsidR="001B7052" w:rsidRDefault="00000000">
      <w:pPr>
        <w:pageBreakBefore/>
        <w:spacing w:after="0"/>
      </w:pPr>
      <w:r>
        <w:rPr>
          <w:b/>
          <w:sz w:val="21"/>
        </w:rPr>
        <w:lastRenderedPageBreak/>
        <w:t>5. DODATNE NAPOMENE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0262"/>
      </w:tblGrid>
      <w:tr w:rsidR="001B7052" w14:paraId="121272F9" w14:textId="77777777">
        <w:trPr>
          <w:trHeight w:val="4819"/>
          <w:jc w:val="center"/>
        </w:trPr>
        <w:tc>
          <w:tcPr>
            <w:tcW w:w="102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7E895" w14:textId="77777777" w:rsidR="001B7052" w:rsidRDefault="001B7052"/>
        </w:tc>
      </w:tr>
    </w:tbl>
    <w:p w14:paraId="68D181F0" w14:textId="77777777" w:rsidR="001B7052" w:rsidRDefault="00000000">
      <w:pPr>
        <w:spacing w:before="40" w:after="40"/>
      </w:pPr>
      <w:r>
        <w:rPr>
          <w:b/>
          <w:sz w:val="21"/>
        </w:rPr>
        <w:t>NAČIN DOSTAVE</w:t>
      </w:r>
    </w:p>
    <w:p w14:paraId="4872B8F7" w14:textId="77777777" w:rsidR="001B7052" w:rsidRDefault="00000000">
      <w:pPr>
        <w:spacing w:after="20"/>
      </w:pPr>
      <w:r>
        <w:rPr>
          <w:b/>
          <w:sz w:val="17"/>
        </w:rPr>
        <w:t>Ispunjeni obrazac može se dostaviti:</w:t>
      </w:r>
    </w:p>
    <w:p w14:paraId="742EC155" w14:textId="77777777" w:rsidR="001B7052" w:rsidRDefault="00000000">
      <w:pPr>
        <w:spacing w:after="20"/>
        <w:ind w:left="283" w:hanging="142"/>
      </w:pPr>
      <w:r>
        <w:rPr>
          <w:sz w:val="17"/>
        </w:rPr>
        <w:t>– elektroničkom poštom na pisarnica@osiz.hr, s naznakom „Prijedlozi za Proračun 2027.“;</w:t>
      </w:r>
    </w:p>
    <w:p w14:paraId="40BBBF68" w14:textId="77777777" w:rsidR="001B7052" w:rsidRDefault="00000000">
      <w:pPr>
        <w:spacing w:after="20"/>
        <w:ind w:left="283" w:hanging="142"/>
      </w:pPr>
      <w:r>
        <w:rPr>
          <w:sz w:val="17"/>
        </w:rPr>
        <w:t>– poštom ili osobno na adresu: Općina Sveti Ivan Žabno, Trg Karla Lukaša 11, 48214 Sveti Ivan Žabno.</w:t>
      </w:r>
    </w:p>
    <w:p w14:paraId="7DAAD76A" w14:textId="77777777" w:rsidR="001B7052" w:rsidRDefault="00000000">
      <w:pPr>
        <w:spacing w:before="40" w:after="40"/>
      </w:pPr>
      <w:r>
        <w:rPr>
          <w:b/>
          <w:sz w:val="17"/>
        </w:rPr>
        <w:t xml:space="preserve">Online obrazac: </w:t>
      </w:r>
      <w:hyperlink r:id="rId6">
        <w:r>
          <w:rPr>
            <w:color w:val="0563C1"/>
            <w:u w:val="single"/>
          </w:rPr>
          <w:t>Sudjelovanje u izradi Proračuna Općine Sveti Ivan Žabno za 2027.–2029.</w:t>
        </w:r>
      </w:hyperlink>
    </w:p>
    <w:p w14:paraId="1E16E729" w14:textId="77777777" w:rsidR="001B7052" w:rsidRDefault="00000000">
      <w:pPr>
        <w:spacing w:before="60" w:after="0"/>
      </w:pPr>
      <w:r>
        <w:rPr>
          <w:b/>
          <w:sz w:val="16"/>
        </w:rPr>
        <w:t xml:space="preserve">Napomena o zaštiti osobnih podataka: </w:t>
      </w:r>
      <w:r>
        <w:rPr>
          <w:sz w:val="16"/>
        </w:rPr>
        <w:t>Podaci o podnositelju nisu obvezni. Ako ih podnositelj navede, Općina Sveti Ivan Žabno obrađivat će ih isključivo radi razmatranja prijedloga i eventualne komunikacije s podnositeljem, u skladu s propisima o zaštiti osobnih podataka.</w:t>
      </w:r>
    </w:p>
    <w:sectPr w:rsidR="001B7052" w:rsidSect="00034616"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3164336">
    <w:abstractNumId w:val="8"/>
  </w:num>
  <w:num w:numId="2" w16cid:durableId="1471827409">
    <w:abstractNumId w:val="6"/>
  </w:num>
  <w:num w:numId="3" w16cid:durableId="1908805114">
    <w:abstractNumId w:val="5"/>
  </w:num>
  <w:num w:numId="4" w16cid:durableId="2013990769">
    <w:abstractNumId w:val="4"/>
  </w:num>
  <w:num w:numId="5" w16cid:durableId="2108693553">
    <w:abstractNumId w:val="7"/>
  </w:num>
  <w:num w:numId="6" w16cid:durableId="1927222963">
    <w:abstractNumId w:val="3"/>
  </w:num>
  <w:num w:numId="7" w16cid:durableId="1742289320">
    <w:abstractNumId w:val="2"/>
  </w:num>
  <w:num w:numId="8" w16cid:durableId="874929237">
    <w:abstractNumId w:val="1"/>
  </w:num>
  <w:num w:numId="9" w16cid:durableId="10146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052"/>
    <w:rsid w:val="0029639D"/>
    <w:rsid w:val="00326F90"/>
    <w:rsid w:val="00591E64"/>
    <w:rsid w:val="00A9307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2E6C0"/>
  <w14:defaultImageDpi w14:val="300"/>
  <w15:docId w15:val="{4484086D-AB34-4693-888E-26B6D64F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iz.hr/proracun/opcina/obrazac-za-sudjelovanje-u-izradi-proracuna-jedinice-lokalne-i-podrucne-re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Kristina Matuško</cp:lastModifiedBy>
  <cp:revision>2</cp:revision>
  <dcterms:created xsi:type="dcterms:W3CDTF">2013-12-23T23:15:00Z</dcterms:created>
  <dcterms:modified xsi:type="dcterms:W3CDTF">2026-09-27T12:54:00Z</dcterms:modified>
  <cp:category/>
</cp:coreProperties>
</file>